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drawing>
          <wp:inline xmlns:a="http://schemas.openxmlformats.org/drawingml/2006/main" xmlns:pic="http://schemas.openxmlformats.org/drawingml/2006/picture">
            <wp:extent cx="2057400" cy="809176"/>
            <wp:docPr id="1" name="Picture 1"/>
            <wp:cNvGraphicFramePr>
              <a:graphicFrameLocks noChangeAspect="1"/>
            </wp:cNvGraphicFramePr>
            <a:graphic>
              <a:graphicData uri="http://schemas.openxmlformats.org/drawingml/2006/picture">
                <pic:pic>
                  <pic:nvPicPr>
                    <pic:cNvPr id="0" name="care_logo.jpg"/>
                    <pic:cNvPicPr/>
                  </pic:nvPicPr>
                  <pic:blipFill>
                    <a:blip r:embed="rId9"/>
                    <a:stretch>
                      <a:fillRect/>
                    </a:stretch>
                  </pic:blipFill>
                  <pic:spPr>
                    <a:xfrm>
                      <a:off x="0" y="0"/>
                      <a:ext cx="2057400" cy="809176"/>
                    </a:xfrm>
                    <a:prstGeom prst="rect"/>
                  </pic:spPr>
                </pic:pic>
              </a:graphicData>
            </a:graphic>
          </wp:inline>
        </w:drawing>
      </w:r>
    </w:p>
    <w:p>
      <w:pPr>
        <w:jc w:val="center"/>
      </w:pPr>
      <w:r>
        <w:rPr>
          <w:b/>
          <w:color w:val="6F178E"/>
          <w:sz w:val="36"/>
        </w:rPr>
        <w:t>ONLINE JOB APPLICATION FORM</w:t>
      </w:r>
    </w:p>
    <w:p>
      <w:pPr>
        <w:jc w:val="center"/>
      </w:pPr>
      <w:r>
        <w:rPr>
          <w:i/>
          <w:color w:val="666666"/>
          <w:sz w:val="19"/>
        </w:rPr>
        <w:t>PHSSL Care Limited – Join Our Care Team</w:t>
      </w:r>
    </w:p>
    <w:p>
      <w:pPr>
        <w:jc w:val="center"/>
      </w:pPr>
      <w:r>
        <w:rPr>
          <w:b/>
          <w:color w:val="D4AF37"/>
        </w:rPr>
        <w:t>Make a difference. Deliver care with compassion, dignity and professionalism.</w:t>
      </w:r>
    </w:p>
    <w:tbl>
      <w:tblPr>
        <w:tblW w:type="auto" w:w="0"/>
        <w:tblLook w:firstColumn="1" w:firstRow="1" w:lastColumn="0" w:lastRow="0" w:noHBand="0" w:noVBand="1" w:val="04A0"/>
      </w:tblPr>
      <w:tblGrid>
        <w:gridCol w:w="10656"/>
      </w:tblGrid>
      <w:tr>
        <w:tc>
          <w:tcPr>
            <w:tcW w:type="dxa" w:w="10656"/>
            <w:shd w:fill="F3E8F8"/>
            <w:tcBorders>
              <w:top w:val="single" w:sz="4" w:color="6F178E"/>
              <w:left w:val="single" w:sz="4" w:color="6F178E"/>
              <w:bottom w:val="single" w:sz="4" w:color="6F178E"/>
              <w:right w:val="single" w:sz="4" w:color="6F178E"/>
            </w:tcBorders>
            <w:tcMar>
              <w:top w:w="90" w:type="dxa"/>
              <w:start w:w="100" w:type="dxa"/>
              <w:bottom w:w="90" w:type="dxa"/>
              <w:end w:w="100" w:type="dxa"/>
            </w:tcMar>
          </w:tcPr>
          <w:p>
            <w:pPr>
              <w:jc w:val="center"/>
            </w:pPr>
            <w:r>
              <w:rPr>
                <w:b/>
                <w:color w:val="6F178E"/>
                <w:sz w:val="19"/>
              </w:rPr>
              <w:t>IMPORTANT – RIGHT TO WORK</w:t>
              <w:br/>
              <w:t>Applicants must already have the legal right to work in the UK. PHSSL Care Limited is not currently offering Certificate of Sponsorship (CoS) or visa sponsorship for these roles.</w:t>
            </w:r>
          </w:p>
        </w:tc>
      </w:tr>
    </w:tbl>
    <w:tbl>
      <w:tblPr>
        <w:tblW w:type="auto" w:w="0"/>
        <w:tblLook w:firstColumn="1" w:firstRow="1" w:lastColumn="0" w:lastRow="0" w:noHBand="0" w:noVBand="1" w:val="04A0"/>
      </w:tblPr>
      <w:tblGrid>
        <w:gridCol w:w="10656"/>
      </w:tblGrid>
      <w:tr>
        <w:tc>
          <w:tcPr>
            <w:tcW w:type="dxa" w:w="10656"/>
            <w:shd w:fill="6F178E"/>
            <w:tcMar>
              <w:top w:w="50" w:type="dxa"/>
              <w:start w:w="85" w:type="dxa"/>
              <w:bottom w:w="50" w:type="dxa"/>
              <w:end w:w="85" w:type="dxa"/>
            </w:tcMar>
          </w:tcPr>
          <w:p>
            <w:r>
              <w:rPr>
                <w:b/>
                <w:color w:val="FFFFFF"/>
                <w:sz w:val="20"/>
              </w:rPr>
              <w:t>1. PERSONAL DETAILS</w:t>
            </w:r>
          </w:p>
        </w:tc>
      </w:tr>
    </w:tbl>
    <w:p>
      <w:pPr>
        <w:spacing w:after="0"/>
      </w:pPr>
    </w:p>
    <w:tbl>
      <w:tblPr>
        <w:tblW w:type="auto" w:w="0"/>
        <w:jc w:val="center"/>
        <w:tblLook w:firstColumn="1" w:firstRow="1" w:lastColumn="0" w:lastRow="0" w:noHBand="0" w:noVBand="1" w:val="04A0"/>
      </w:tblPr>
      <w:tblGrid>
        <w:gridCol w:w="5328"/>
        <w:gridCol w:w="5328"/>
      </w:tblGrid>
      <w:tr>
        <w:tc>
          <w:tcPr>
            <w:tcW w:type="dxa" w:w="5328"/>
            <w:shd w:fill="F3E8F8"/>
            <w:tcMar>
              <w:top w:w="65" w:type="dxa"/>
              <w:start w:w="90" w:type="dxa"/>
              <w:bottom w:w="65" w:type="dxa"/>
              <w:end w:w="90" w:type="dxa"/>
            </w:tcMar>
            <w:tcBorders>
              <w:top w:val="single" w:sz="4" w:color="D9CBE1"/>
              <w:left w:val="single" w:sz="4" w:color="D9CBE1"/>
              <w:bottom w:val="single" w:sz="4" w:color="D9CBE1"/>
              <w:right w:val="single" w:sz="4" w:color="D9CBE1"/>
            </w:tcBorders>
          </w:tcPr>
          <w:p>
            <w:r>
              <w:rPr>
                <w:b/>
                <w:color w:val="6F178E"/>
              </w:rPr>
              <w:t>Full Name *</w:t>
            </w:r>
          </w:p>
        </w:tc>
        <w:tc>
          <w:tcPr>
            <w:tcW w:type="dxa" w:w="5328"/>
            <w:tcMar>
              <w:top w:w="65" w:type="dxa"/>
              <w:start w:w="90" w:type="dxa"/>
              <w:bottom w:w="65" w:type="dxa"/>
              <w:end w:w="90" w:type="dxa"/>
            </w:tcMar>
            <w:tcBorders>
              <w:top w:val="single" w:sz="4" w:color="D9CBE1"/>
              <w:left w:val="single" w:sz="4" w:color="D9CBE1"/>
              <w:bottom w:val="single" w:sz="4" w:color="D9CBE1"/>
              <w:right w:val="single" w:sz="4" w:color="D9CBE1"/>
            </w:tcBorders>
          </w:tcPr>
          <w:p>
            <w:r/>
          </w:p>
        </w:tc>
      </w:tr>
      <w:tr>
        <w:tc>
          <w:tcPr>
            <w:tcW w:type="dxa" w:w="5328"/>
            <w:shd w:fill="F3E8F8"/>
            <w:tcMar>
              <w:top w:w="65" w:type="dxa"/>
              <w:start w:w="90" w:type="dxa"/>
              <w:bottom w:w="65" w:type="dxa"/>
              <w:end w:w="90" w:type="dxa"/>
            </w:tcMar>
            <w:tcBorders>
              <w:top w:val="single" w:sz="4" w:color="D9CBE1"/>
              <w:left w:val="single" w:sz="4" w:color="D9CBE1"/>
              <w:bottom w:val="single" w:sz="4" w:color="D9CBE1"/>
              <w:right w:val="single" w:sz="4" w:color="D9CBE1"/>
            </w:tcBorders>
          </w:tcPr>
          <w:p>
            <w:r>
              <w:rPr>
                <w:b/>
                <w:color w:val="6F178E"/>
              </w:rPr>
              <w:t>Email Address *</w:t>
            </w:r>
          </w:p>
        </w:tc>
        <w:tc>
          <w:tcPr>
            <w:tcW w:type="dxa" w:w="5328"/>
            <w:tcMar>
              <w:top w:w="65" w:type="dxa"/>
              <w:start w:w="90" w:type="dxa"/>
              <w:bottom w:w="65" w:type="dxa"/>
              <w:end w:w="90" w:type="dxa"/>
            </w:tcMar>
            <w:tcBorders>
              <w:top w:val="single" w:sz="4" w:color="D9CBE1"/>
              <w:left w:val="single" w:sz="4" w:color="D9CBE1"/>
              <w:bottom w:val="single" w:sz="4" w:color="D9CBE1"/>
              <w:right w:val="single" w:sz="4" w:color="D9CBE1"/>
            </w:tcBorders>
          </w:tcPr>
          <w:p>
            <w:r/>
          </w:p>
        </w:tc>
      </w:tr>
      <w:tr>
        <w:tc>
          <w:tcPr>
            <w:tcW w:type="dxa" w:w="5328"/>
            <w:shd w:fill="F3E8F8"/>
            <w:tcMar>
              <w:top w:w="65" w:type="dxa"/>
              <w:start w:w="90" w:type="dxa"/>
              <w:bottom w:w="65" w:type="dxa"/>
              <w:end w:w="90" w:type="dxa"/>
            </w:tcMar>
            <w:tcBorders>
              <w:top w:val="single" w:sz="4" w:color="D9CBE1"/>
              <w:left w:val="single" w:sz="4" w:color="D9CBE1"/>
              <w:bottom w:val="single" w:sz="4" w:color="D9CBE1"/>
              <w:right w:val="single" w:sz="4" w:color="D9CBE1"/>
            </w:tcBorders>
          </w:tcPr>
          <w:p>
            <w:r>
              <w:rPr>
                <w:b/>
                <w:color w:val="6F178E"/>
              </w:rPr>
              <w:t>Telephone Number *</w:t>
            </w:r>
          </w:p>
        </w:tc>
        <w:tc>
          <w:tcPr>
            <w:tcW w:type="dxa" w:w="5328"/>
            <w:tcMar>
              <w:top w:w="65" w:type="dxa"/>
              <w:start w:w="90" w:type="dxa"/>
              <w:bottom w:w="65" w:type="dxa"/>
              <w:end w:w="90" w:type="dxa"/>
            </w:tcMar>
            <w:tcBorders>
              <w:top w:val="single" w:sz="4" w:color="D9CBE1"/>
              <w:left w:val="single" w:sz="4" w:color="D9CBE1"/>
              <w:bottom w:val="single" w:sz="4" w:color="D9CBE1"/>
              <w:right w:val="single" w:sz="4" w:color="D9CBE1"/>
            </w:tcBorders>
          </w:tcPr>
          <w:p>
            <w:r/>
          </w:p>
        </w:tc>
      </w:tr>
      <w:tr>
        <w:tc>
          <w:tcPr>
            <w:tcW w:type="dxa" w:w="5328"/>
            <w:shd w:fill="F3E8F8"/>
            <w:tcMar>
              <w:top w:w="65" w:type="dxa"/>
              <w:start w:w="90" w:type="dxa"/>
              <w:bottom w:w="65" w:type="dxa"/>
              <w:end w:w="90" w:type="dxa"/>
            </w:tcMar>
            <w:tcBorders>
              <w:top w:val="single" w:sz="4" w:color="D9CBE1"/>
              <w:left w:val="single" w:sz="4" w:color="D9CBE1"/>
              <w:bottom w:val="single" w:sz="4" w:color="D9CBE1"/>
              <w:right w:val="single" w:sz="4" w:color="D9CBE1"/>
            </w:tcBorders>
          </w:tcPr>
          <w:p>
            <w:r>
              <w:rPr>
                <w:b/>
                <w:color w:val="6F178E"/>
              </w:rPr>
              <w:t>Home Postcode *</w:t>
            </w:r>
          </w:p>
        </w:tc>
        <w:tc>
          <w:tcPr>
            <w:tcW w:type="dxa" w:w="5328"/>
            <w:tcMar>
              <w:top w:w="65" w:type="dxa"/>
              <w:start w:w="90" w:type="dxa"/>
              <w:bottom w:w="65" w:type="dxa"/>
              <w:end w:w="90" w:type="dxa"/>
            </w:tcMar>
            <w:tcBorders>
              <w:top w:val="single" w:sz="4" w:color="D9CBE1"/>
              <w:left w:val="single" w:sz="4" w:color="D9CBE1"/>
              <w:bottom w:val="single" w:sz="4" w:color="D9CBE1"/>
              <w:right w:val="single" w:sz="4" w:color="D9CBE1"/>
            </w:tcBorders>
          </w:tcPr>
          <w:p>
            <w:r/>
          </w:p>
        </w:tc>
      </w:tr>
    </w:tbl>
    <w:tbl>
      <w:tblPr>
        <w:tblW w:type="auto" w:w="0"/>
        <w:tblLook w:firstColumn="1" w:firstRow="1" w:lastColumn="0" w:lastRow="0" w:noHBand="0" w:noVBand="1" w:val="04A0"/>
      </w:tblPr>
      <w:tblGrid>
        <w:gridCol w:w="10656"/>
      </w:tblGrid>
      <w:tr>
        <w:tc>
          <w:tcPr>
            <w:tcW w:type="dxa" w:w="10656"/>
            <w:shd w:fill="6F178E"/>
            <w:tcMar>
              <w:top w:w="50" w:type="dxa"/>
              <w:start w:w="85" w:type="dxa"/>
              <w:bottom w:w="50" w:type="dxa"/>
              <w:end w:w="85" w:type="dxa"/>
            </w:tcMar>
          </w:tcPr>
          <w:p>
            <w:r>
              <w:rPr>
                <w:b/>
                <w:color w:val="FFFFFF"/>
                <w:sz w:val="20"/>
              </w:rPr>
              <w:t>2. ROLE(S) OF INTEREST</w:t>
            </w:r>
          </w:p>
        </w:tc>
      </w:tr>
    </w:tbl>
    <w:p>
      <w:pPr>
        <w:spacing w:after="0"/>
      </w:pPr>
    </w:p>
    <w:tbl>
      <w:tblPr>
        <w:tblW w:type="auto" w:w="0"/>
        <w:tblLook w:firstColumn="1" w:firstRow="1" w:lastColumn="0" w:lastRow="0" w:noHBand="0" w:noVBand="1" w:val="04A0"/>
      </w:tblPr>
      <w:tblGrid>
        <w:gridCol w:w="5328"/>
        <w:gridCol w:w="5328"/>
      </w:tblGrid>
      <w:tr>
        <w:tc>
          <w:tcPr>
            <w:tcW w:type="dxa" w:w="5328"/>
            <w:tcMar>
              <w:top w:w="45" w:type="dxa"/>
              <w:start w:w="65" w:type="dxa"/>
              <w:bottom w:w="45" w:type="dxa"/>
              <w:end w:w="65" w:type="dxa"/>
            </w:tcMar>
            <w:tcBorders>
              <w:top w:val="single" w:sz="4" w:color="E8DDEC"/>
              <w:left w:val="single" w:sz="4" w:color="E8DDEC"/>
              <w:bottom w:val="single" w:sz="4" w:color="E8DDEC"/>
              <w:right w:val="single" w:sz="4" w:color="E8DDEC"/>
            </w:tcBorders>
          </w:tcPr>
          <w:p>
            <w:r>
              <w:t>☐ Care Assistant</w:t>
            </w:r>
          </w:p>
        </w:tc>
        <w:tc>
          <w:tcPr>
            <w:tcW w:type="dxa" w:w="5328"/>
            <w:tcMar>
              <w:top w:w="45" w:type="dxa"/>
              <w:start w:w="65" w:type="dxa"/>
              <w:bottom w:w="45" w:type="dxa"/>
              <w:end w:w="65" w:type="dxa"/>
            </w:tcMar>
            <w:tcBorders>
              <w:top w:val="single" w:sz="4" w:color="E8DDEC"/>
              <w:left w:val="single" w:sz="4" w:color="E8DDEC"/>
              <w:bottom w:val="single" w:sz="4" w:color="E8DDEC"/>
              <w:right w:val="single" w:sz="4" w:color="E8DDEC"/>
            </w:tcBorders>
          </w:tcPr>
          <w:p>
            <w:r>
              <w:t>☐ Support Worker</w:t>
            </w:r>
          </w:p>
        </w:tc>
      </w:tr>
      <w:tr>
        <w:tc>
          <w:tcPr>
            <w:tcW w:type="dxa" w:w="5328"/>
            <w:tcMar>
              <w:top w:w="45" w:type="dxa"/>
              <w:start w:w="65" w:type="dxa"/>
              <w:bottom w:w="45" w:type="dxa"/>
              <w:end w:w="65" w:type="dxa"/>
            </w:tcMar>
            <w:tcBorders>
              <w:top w:val="single" w:sz="4" w:color="E8DDEC"/>
              <w:left w:val="single" w:sz="4" w:color="E8DDEC"/>
              <w:bottom w:val="single" w:sz="4" w:color="E8DDEC"/>
              <w:right w:val="single" w:sz="4" w:color="E8DDEC"/>
            </w:tcBorders>
          </w:tcPr>
          <w:p>
            <w:r>
              <w:t>☐ Senior Care Assistant</w:t>
            </w:r>
          </w:p>
        </w:tc>
        <w:tc>
          <w:tcPr>
            <w:tcW w:type="dxa" w:w="5328"/>
            <w:tcMar>
              <w:top w:w="45" w:type="dxa"/>
              <w:start w:w="65" w:type="dxa"/>
              <w:bottom w:w="45" w:type="dxa"/>
              <w:end w:w="65" w:type="dxa"/>
            </w:tcMar>
            <w:tcBorders>
              <w:top w:val="single" w:sz="4" w:color="E8DDEC"/>
              <w:left w:val="single" w:sz="4" w:color="E8DDEC"/>
              <w:bottom w:val="single" w:sz="4" w:color="E8DDEC"/>
              <w:right w:val="single" w:sz="4" w:color="E8DDEC"/>
            </w:tcBorders>
          </w:tcPr>
          <w:p>
            <w:r>
              <w:t>☐ Supported Living Support Worker</w:t>
            </w:r>
          </w:p>
        </w:tc>
      </w:tr>
      <w:tr>
        <w:tc>
          <w:tcPr>
            <w:tcW w:type="dxa" w:w="5328"/>
            <w:tcMar>
              <w:top w:w="45" w:type="dxa"/>
              <w:start w:w="65" w:type="dxa"/>
              <w:bottom w:w="45" w:type="dxa"/>
              <w:end w:w="65" w:type="dxa"/>
            </w:tcMar>
            <w:tcBorders>
              <w:top w:val="single" w:sz="4" w:color="E8DDEC"/>
              <w:left w:val="single" w:sz="4" w:color="E8DDEC"/>
              <w:bottom w:val="single" w:sz="4" w:color="E8DDEC"/>
              <w:right w:val="single" w:sz="4" w:color="E8DDEC"/>
            </w:tcBorders>
          </w:tcPr>
          <w:p>
            <w:r>
              <w:t>☐ Other</w:t>
            </w:r>
          </w:p>
        </w:tc>
        <w:tc>
          <w:tcPr>
            <w:tcW w:type="dxa" w:w="5328"/>
            <w:tcMar>
              <w:top w:w="45" w:type="dxa"/>
              <w:start w:w="65" w:type="dxa"/>
              <w:bottom w:w="45" w:type="dxa"/>
              <w:end w:w="65" w:type="dxa"/>
            </w:tcMar>
            <w:tcBorders>
              <w:top w:val="single" w:sz="4" w:color="E8DDEC"/>
              <w:left w:val="single" w:sz="4" w:color="E8DDEC"/>
              <w:bottom w:val="single" w:sz="4" w:color="E8DDEC"/>
              <w:right w:val="single" w:sz="4" w:color="E8DDEC"/>
            </w:tcBorders>
          </w:tcPr>
          <w:p/>
        </w:tc>
      </w:tr>
    </w:tbl>
    <w:tbl>
      <w:tblPr>
        <w:tblW w:type="auto" w:w="0"/>
        <w:tblLook w:firstColumn="1" w:firstRow="1" w:lastColumn="0" w:lastRow="0" w:noHBand="0" w:noVBand="1" w:val="04A0"/>
      </w:tblPr>
      <w:tblGrid>
        <w:gridCol w:w="10656"/>
      </w:tblGrid>
      <w:tr>
        <w:tc>
          <w:tcPr>
            <w:tcW w:type="dxa" w:w="10656"/>
            <w:shd w:fill="6F178E"/>
            <w:tcMar>
              <w:top w:w="50" w:type="dxa"/>
              <w:start w:w="85" w:type="dxa"/>
              <w:bottom w:w="50" w:type="dxa"/>
              <w:end w:w="85" w:type="dxa"/>
            </w:tcMar>
          </w:tcPr>
          <w:p>
            <w:r>
              <w:rPr>
                <w:b/>
                <w:color w:val="FFFFFF"/>
                <w:sz w:val="20"/>
              </w:rPr>
              <w:t>3. RIGHT TO WORK – REQUIRED</w:t>
            </w:r>
          </w:p>
        </w:tc>
      </w:tr>
    </w:tbl>
    <w:p>
      <w:pPr>
        <w:spacing w:after="0"/>
      </w:pPr>
    </w:p>
    <w:tbl>
      <w:tblPr>
        <w:tblW w:type="auto" w:w="0"/>
        <w:jc w:val="center"/>
        <w:tblLook w:firstColumn="1" w:firstRow="1" w:lastColumn="0" w:lastRow="0" w:noHBand="0" w:noVBand="1" w:val="04A0"/>
      </w:tblPr>
      <w:tblGrid>
        <w:gridCol w:w="5328"/>
        <w:gridCol w:w="5328"/>
      </w:tblGrid>
      <w:tr>
        <w:tc>
          <w:tcPr>
            <w:tcW w:type="dxa" w:w="5328"/>
            <w:shd w:fill="F3E8F8"/>
            <w:tcMar>
              <w:top w:w="65" w:type="dxa"/>
              <w:start w:w="90" w:type="dxa"/>
              <w:bottom w:w="65" w:type="dxa"/>
              <w:end w:w="90" w:type="dxa"/>
            </w:tcMar>
            <w:tcBorders>
              <w:top w:val="single" w:sz="4" w:color="D9CBE1"/>
              <w:left w:val="single" w:sz="4" w:color="D9CBE1"/>
              <w:bottom w:val="single" w:sz="4" w:color="D9CBE1"/>
              <w:right w:val="single" w:sz="4" w:color="D9CBE1"/>
            </w:tcBorders>
          </w:tcPr>
          <w:p>
            <w:r>
              <w:rPr>
                <w:b/>
                <w:color w:val="6F178E"/>
              </w:rPr>
              <w:t>Do you have the legal right to work in the UK without PHSSL sponsorship? *</w:t>
            </w:r>
          </w:p>
        </w:tc>
        <w:tc>
          <w:tcPr>
            <w:tcW w:type="dxa" w:w="5328"/>
            <w:tcMar>
              <w:top w:w="65" w:type="dxa"/>
              <w:start w:w="90" w:type="dxa"/>
              <w:bottom w:w="65" w:type="dxa"/>
              <w:end w:w="90" w:type="dxa"/>
            </w:tcMar>
            <w:tcBorders>
              <w:top w:val="single" w:sz="4" w:color="D9CBE1"/>
              <w:left w:val="single" w:sz="4" w:color="D9CBE1"/>
              <w:bottom w:val="single" w:sz="4" w:color="D9CBE1"/>
              <w:right w:val="single" w:sz="4" w:color="D9CBE1"/>
            </w:tcBorders>
          </w:tcPr>
          <w:p>
            <w:r>
              <w:t>☐ Yes   ☐ No</w:t>
            </w:r>
          </w:p>
        </w:tc>
      </w:tr>
    </w:tbl>
    <w:p>
      <w:r>
        <w:rPr>
          <w:i/>
          <w:color w:val="666666"/>
          <w:sz w:val="16"/>
        </w:rPr>
        <w:t>Website rule for designer/developer: place this question near the beginning. If “No” is selected, display the sponsorship notice and stop submission.</w:t>
      </w:r>
    </w:p>
    <w:tbl>
      <w:tblPr>
        <w:tblW w:type="auto" w:w="0"/>
        <w:tblLook w:firstColumn="1" w:firstRow="1" w:lastColumn="0" w:lastRow="0" w:noHBand="0" w:noVBand="1" w:val="04A0"/>
      </w:tblPr>
      <w:tblGrid>
        <w:gridCol w:w="10656"/>
      </w:tblGrid>
      <w:tr>
        <w:tc>
          <w:tcPr>
            <w:tcW w:type="dxa" w:w="10656"/>
            <w:shd w:fill="6F178E"/>
            <w:tcMar>
              <w:top w:w="50" w:type="dxa"/>
              <w:start w:w="85" w:type="dxa"/>
              <w:bottom w:w="50" w:type="dxa"/>
              <w:end w:w="85" w:type="dxa"/>
            </w:tcMar>
          </w:tcPr>
          <w:p>
            <w:r>
              <w:rPr>
                <w:b/>
                <w:color w:val="FFFFFF"/>
                <w:sz w:val="20"/>
              </w:rPr>
              <w:t>4. EXPERIENCE</w:t>
            </w:r>
          </w:p>
        </w:tc>
      </w:tr>
    </w:tbl>
    <w:p>
      <w:pPr>
        <w:spacing w:after="0"/>
      </w:pPr>
    </w:p>
    <w:tbl>
      <w:tblPr>
        <w:tblW w:type="auto" w:w="0"/>
        <w:jc w:val="center"/>
        <w:tblLook w:firstColumn="1" w:firstRow="1" w:lastColumn="0" w:lastRow="0" w:noHBand="0" w:noVBand="1" w:val="04A0"/>
      </w:tblPr>
      <w:tblGrid>
        <w:gridCol w:w="5328"/>
        <w:gridCol w:w="5328"/>
      </w:tblGrid>
      <w:tr>
        <w:tc>
          <w:tcPr>
            <w:tcW w:type="dxa" w:w="5328"/>
            <w:shd w:fill="F3E8F8"/>
            <w:tcMar>
              <w:top w:w="65" w:type="dxa"/>
              <w:start w:w="90" w:type="dxa"/>
              <w:bottom w:w="65" w:type="dxa"/>
              <w:end w:w="90" w:type="dxa"/>
            </w:tcMar>
            <w:tcBorders>
              <w:top w:val="single" w:sz="4" w:color="D9CBE1"/>
              <w:left w:val="single" w:sz="4" w:color="D9CBE1"/>
              <w:bottom w:val="single" w:sz="4" w:color="D9CBE1"/>
              <w:right w:val="single" w:sz="4" w:color="D9CBE1"/>
            </w:tcBorders>
          </w:tcPr>
          <w:p>
            <w:r>
              <w:rPr>
                <w:b/>
                <w:color w:val="6F178E"/>
              </w:rPr>
              <w:t>Relevant Experience? *</w:t>
            </w:r>
          </w:p>
        </w:tc>
        <w:tc>
          <w:tcPr>
            <w:tcW w:type="dxa" w:w="5328"/>
            <w:tcMar>
              <w:top w:w="65" w:type="dxa"/>
              <w:start w:w="90" w:type="dxa"/>
              <w:bottom w:w="65" w:type="dxa"/>
              <w:end w:w="90" w:type="dxa"/>
            </w:tcMar>
            <w:tcBorders>
              <w:top w:val="single" w:sz="4" w:color="D9CBE1"/>
              <w:left w:val="single" w:sz="4" w:color="D9CBE1"/>
              <w:bottom w:val="single" w:sz="4" w:color="D9CBE1"/>
              <w:right w:val="single" w:sz="4" w:color="D9CBE1"/>
            </w:tcBorders>
          </w:tcPr>
          <w:p>
            <w:r>
              <w:t>☐ Yes   ☐ No</w:t>
            </w:r>
          </w:p>
        </w:tc>
      </w:tr>
      <w:tr>
        <w:tc>
          <w:tcPr>
            <w:tcW w:type="dxa" w:w="5328"/>
            <w:shd w:fill="F3E8F8"/>
            <w:tcMar>
              <w:top w:w="65" w:type="dxa"/>
              <w:start w:w="90" w:type="dxa"/>
              <w:bottom w:w="65" w:type="dxa"/>
              <w:end w:w="90" w:type="dxa"/>
            </w:tcMar>
            <w:tcBorders>
              <w:top w:val="single" w:sz="4" w:color="D9CBE1"/>
              <w:left w:val="single" w:sz="4" w:color="D9CBE1"/>
              <w:bottom w:val="single" w:sz="4" w:color="D9CBE1"/>
              <w:right w:val="single" w:sz="4" w:color="D9CBE1"/>
            </w:tcBorders>
          </w:tcPr>
          <w:p>
            <w:r>
              <w:rPr>
                <w:b/>
                <w:color w:val="6F178E"/>
              </w:rPr>
              <w:t>Years of Relevant Experience</w:t>
            </w:r>
          </w:p>
        </w:tc>
        <w:tc>
          <w:tcPr>
            <w:tcW w:type="dxa" w:w="5328"/>
            <w:tcMar>
              <w:top w:w="65" w:type="dxa"/>
              <w:start w:w="90" w:type="dxa"/>
              <w:bottom w:w="65" w:type="dxa"/>
              <w:end w:w="90" w:type="dxa"/>
            </w:tcMar>
            <w:tcBorders>
              <w:top w:val="single" w:sz="4" w:color="D9CBE1"/>
              <w:left w:val="single" w:sz="4" w:color="D9CBE1"/>
              <w:bottom w:val="single" w:sz="4" w:color="D9CBE1"/>
              <w:right w:val="single" w:sz="4" w:color="D9CBE1"/>
            </w:tcBorders>
          </w:tcPr>
          <w:p>
            <w:r>
              <w:t>☐ Less than 1 year   ☐ 1–2   ☐ 3–5   ☐ More than 5</w:t>
            </w:r>
          </w:p>
        </w:tc>
      </w:tr>
    </w:tbl>
    <w:p>
      <w:r>
        <w:rPr>
          <w:b/>
          <w:color w:val="6F178E"/>
        </w:rPr>
        <w:t>Briefly describe your relevant experience and skills:</w:t>
      </w:r>
    </w:p>
    <w:tbl>
      <w:tblPr>
        <w:tblW w:type="auto" w:w="0"/>
        <w:tblLook w:firstColumn="1" w:firstRow="1" w:lastColumn="0" w:lastRow="0" w:noHBand="0" w:noVBand="1" w:val="04A0"/>
      </w:tblPr>
      <w:tblGrid>
        <w:gridCol w:w="10656"/>
      </w:tblGrid>
      <w:tr>
        <w:tc>
          <w:tcPr>
            <w:tcW w:type="dxa" w:w="10656"/>
            <w:tcBorders>
              <w:top w:val="single" w:sz="4" w:color="D9CBE1"/>
              <w:left w:val="single" w:sz="4" w:color="D9CBE1"/>
              <w:bottom w:val="single" w:sz="4" w:color="D9CBE1"/>
              <w:right w:val="single" w:sz="4" w:color="D9CBE1"/>
            </w:tcBorders>
            <w:tcMar>
              <w:top w:w="70" w:type="dxa"/>
              <w:start w:w="80" w:type="dxa"/>
              <w:bottom w:w="70" w:type="dxa"/>
              <w:end w:w="80" w:type="dxa"/>
            </w:tcMar>
          </w:tcPr>
          <w:p>
            <w:r>
              <w:br/>
              <w:br/>
              <w:br/>
            </w:r>
          </w:p>
        </w:tc>
      </w:tr>
    </w:tbl>
    <w:tbl>
      <w:tblPr>
        <w:tblW w:type="auto" w:w="0"/>
        <w:tblLook w:firstColumn="1" w:firstRow="1" w:lastColumn="0" w:lastRow="0" w:noHBand="0" w:noVBand="1" w:val="04A0"/>
      </w:tblPr>
      <w:tblGrid>
        <w:gridCol w:w="10656"/>
      </w:tblGrid>
      <w:tr>
        <w:tc>
          <w:tcPr>
            <w:tcW w:type="dxa" w:w="10656"/>
            <w:shd w:fill="6F178E"/>
            <w:tcMar>
              <w:top w:w="50" w:type="dxa"/>
              <w:start w:w="85" w:type="dxa"/>
              <w:bottom w:w="50" w:type="dxa"/>
              <w:end w:w="85" w:type="dxa"/>
            </w:tcMar>
          </w:tcPr>
          <w:p>
            <w:r>
              <w:rPr>
                <w:b/>
                <w:color w:val="FFFFFF"/>
                <w:sz w:val="20"/>
              </w:rPr>
              <w:t>5. DBS</w:t>
            </w:r>
          </w:p>
        </w:tc>
      </w:tr>
    </w:tbl>
    <w:p>
      <w:pPr>
        <w:spacing w:after="0"/>
      </w:pPr>
    </w:p>
    <w:tbl>
      <w:tblPr>
        <w:tblW w:type="auto" w:w="0"/>
        <w:jc w:val="center"/>
        <w:tblLook w:firstColumn="1" w:firstRow="1" w:lastColumn="0" w:lastRow="0" w:noHBand="0" w:noVBand="1" w:val="04A0"/>
      </w:tblPr>
      <w:tblGrid>
        <w:gridCol w:w="5328"/>
        <w:gridCol w:w="5328"/>
      </w:tblGrid>
      <w:tr>
        <w:tc>
          <w:tcPr>
            <w:tcW w:type="dxa" w:w="5328"/>
            <w:shd w:fill="F3E8F8"/>
            <w:tcMar>
              <w:top w:w="65" w:type="dxa"/>
              <w:start w:w="90" w:type="dxa"/>
              <w:bottom w:w="65" w:type="dxa"/>
              <w:end w:w="90" w:type="dxa"/>
            </w:tcMar>
            <w:tcBorders>
              <w:top w:val="single" w:sz="4" w:color="D9CBE1"/>
              <w:left w:val="single" w:sz="4" w:color="D9CBE1"/>
              <w:bottom w:val="single" w:sz="4" w:color="D9CBE1"/>
              <w:right w:val="single" w:sz="4" w:color="D9CBE1"/>
            </w:tcBorders>
          </w:tcPr>
          <w:p>
            <w:r>
              <w:rPr>
                <w:b/>
                <w:color w:val="6F178E"/>
              </w:rPr>
              <w:t>Enhanced DBS Status</w:t>
            </w:r>
          </w:p>
        </w:tc>
        <w:tc>
          <w:tcPr>
            <w:tcW w:type="dxa" w:w="5328"/>
            <w:tcMar>
              <w:top w:w="65" w:type="dxa"/>
              <w:start w:w="90" w:type="dxa"/>
              <w:bottom w:w="65" w:type="dxa"/>
              <w:end w:w="90" w:type="dxa"/>
            </w:tcMar>
            <w:tcBorders>
              <w:top w:val="single" w:sz="4" w:color="D9CBE1"/>
              <w:left w:val="single" w:sz="4" w:color="D9CBE1"/>
              <w:bottom w:val="single" w:sz="4" w:color="D9CBE1"/>
              <w:right w:val="single" w:sz="4" w:color="D9CBE1"/>
            </w:tcBorders>
          </w:tcPr>
          <w:p>
            <w:r>
              <w:t>☐ Current   ☐ No   ☐ In progress</w:t>
            </w:r>
          </w:p>
        </w:tc>
      </w:tr>
      <w:tr>
        <w:tc>
          <w:tcPr>
            <w:tcW w:type="dxa" w:w="5328"/>
            <w:shd w:fill="F3E8F8"/>
            <w:tcMar>
              <w:top w:w="65" w:type="dxa"/>
              <w:start w:w="90" w:type="dxa"/>
              <w:bottom w:w="65" w:type="dxa"/>
              <w:end w:w="90" w:type="dxa"/>
            </w:tcMar>
            <w:tcBorders>
              <w:top w:val="single" w:sz="4" w:color="D9CBE1"/>
              <w:left w:val="single" w:sz="4" w:color="D9CBE1"/>
              <w:bottom w:val="single" w:sz="4" w:color="D9CBE1"/>
              <w:right w:val="single" w:sz="4" w:color="D9CBE1"/>
            </w:tcBorders>
          </w:tcPr>
          <w:p>
            <w:r>
              <w:rPr>
                <w:b/>
                <w:color w:val="6F178E"/>
              </w:rPr>
              <w:t>DBS Update Service</w:t>
            </w:r>
          </w:p>
        </w:tc>
        <w:tc>
          <w:tcPr>
            <w:tcW w:type="dxa" w:w="5328"/>
            <w:tcMar>
              <w:top w:w="65" w:type="dxa"/>
              <w:start w:w="90" w:type="dxa"/>
              <w:bottom w:w="65" w:type="dxa"/>
              <w:end w:w="90" w:type="dxa"/>
            </w:tcMar>
            <w:tcBorders>
              <w:top w:val="single" w:sz="4" w:color="D9CBE1"/>
              <w:left w:val="single" w:sz="4" w:color="D9CBE1"/>
              <w:bottom w:val="single" w:sz="4" w:color="D9CBE1"/>
              <w:right w:val="single" w:sz="4" w:color="D9CBE1"/>
            </w:tcBorders>
          </w:tcPr>
          <w:p>
            <w:r>
              <w:t>☐ Yes   ☐ No</w:t>
            </w:r>
          </w:p>
        </w:tc>
      </w:tr>
    </w:tbl>
    <w:tbl>
      <w:tblPr>
        <w:tblW w:type="auto" w:w="0"/>
        <w:tblLook w:firstColumn="1" w:firstRow="1" w:lastColumn="0" w:lastRow="0" w:noHBand="0" w:noVBand="1" w:val="04A0"/>
      </w:tblPr>
      <w:tblGrid>
        <w:gridCol w:w="10656"/>
      </w:tblGrid>
      <w:tr>
        <w:tc>
          <w:tcPr>
            <w:tcW w:type="dxa" w:w="10656"/>
            <w:shd w:fill="6F178E"/>
            <w:tcMar>
              <w:top w:w="50" w:type="dxa"/>
              <w:start w:w="85" w:type="dxa"/>
              <w:bottom w:w="50" w:type="dxa"/>
              <w:end w:w="85" w:type="dxa"/>
            </w:tcMar>
          </w:tcPr>
          <w:p>
            <w:r>
              <w:rPr>
                <w:b/>
                <w:color w:val="FFFFFF"/>
                <w:sz w:val="20"/>
              </w:rPr>
              <w:t>6. DRIVING &amp; TRAVEL</w:t>
            </w:r>
          </w:p>
        </w:tc>
      </w:tr>
    </w:tbl>
    <w:p>
      <w:pPr>
        <w:spacing w:after="0"/>
      </w:pPr>
    </w:p>
    <w:tbl>
      <w:tblPr>
        <w:tblW w:type="auto" w:w="0"/>
        <w:jc w:val="center"/>
        <w:tblLook w:firstColumn="1" w:firstRow="1" w:lastColumn="0" w:lastRow="0" w:noHBand="0" w:noVBand="1" w:val="04A0"/>
      </w:tblPr>
      <w:tblGrid>
        <w:gridCol w:w="5328"/>
        <w:gridCol w:w="5328"/>
      </w:tblGrid>
      <w:tr>
        <w:tc>
          <w:tcPr>
            <w:tcW w:type="dxa" w:w="5328"/>
            <w:shd w:fill="F3E8F8"/>
            <w:tcMar>
              <w:top w:w="65" w:type="dxa"/>
              <w:start w:w="90" w:type="dxa"/>
              <w:bottom w:w="65" w:type="dxa"/>
              <w:end w:w="90" w:type="dxa"/>
            </w:tcMar>
            <w:tcBorders>
              <w:top w:val="single" w:sz="4" w:color="D9CBE1"/>
              <w:left w:val="single" w:sz="4" w:color="D9CBE1"/>
              <w:bottom w:val="single" w:sz="4" w:color="D9CBE1"/>
              <w:right w:val="single" w:sz="4" w:color="D9CBE1"/>
            </w:tcBorders>
          </w:tcPr>
          <w:p>
            <w:r>
              <w:rPr>
                <w:b/>
                <w:color w:val="6F178E"/>
              </w:rPr>
              <w:t>Valid UK Driving Licence</w:t>
            </w:r>
          </w:p>
        </w:tc>
        <w:tc>
          <w:tcPr>
            <w:tcW w:type="dxa" w:w="5328"/>
            <w:tcMar>
              <w:top w:w="65" w:type="dxa"/>
              <w:start w:w="90" w:type="dxa"/>
              <w:bottom w:w="65" w:type="dxa"/>
              <w:end w:w="90" w:type="dxa"/>
            </w:tcMar>
            <w:tcBorders>
              <w:top w:val="single" w:sz="4" w:color="D9CBE1"/>
              <w:left w:val="single" w:sz="4" w:color="D9CBE1"/>
              <w:bottom w:val="single" w:sz="4" w:color="D9CBE1"/>
              <w:right w:val="single" w:sz="4" w:color="D9CBE1"/>
            </w:tcBorders>
          </w:tcPr>
          <w:p>
            <w:r>
              <w:t>☐ Yes   ☐ No</w:t>
            </w:r>
          </w:p>
        </w:tc>
      </w:tr>
      <w:tr>
        <w:tc>
          <w:tcPr>
            <w:tcW w:type="dxa" w:w="5328"/>
            <w:shd w:fill="F3E8F8"/>
            <w:tcMar>
              <w:top w:w="65" w:type="dxa"/>
              <w:start w:w="90" w:type="dxa"/>
              <w:bottom w:w="65" w:type="dxa"/>
              <w:end w:w="90" w:type="dxa"/>
            </w:tcMar>
            <w:tcBorders>
              <w:top w:val="single" w:sz="4" w:color="D9CBE1"/>
              <w:left w:val="single" w:sz="4" w:color="D9CBE1"/>
              <w:bottom w:val="single" w:sz="4" w:color="D9CBE1"/>
              <w:right w:val="single" w:sz="4" w:color="D9CBE1"/>
            </w:tcBorders>
          </w:tcPr>
          <w:p>
            <w:r>
              <w:rPr>
                <w:b/>
                <w:color w:val="6F178E"/>
              </w:rPr>
              <w:t>Access to a Vehicle</w:t>
            </w:r>
          </w:p>
        </w:tc>
        <w:tc>
          <w:tcPr>
            <w:tcW w:type="dxa" w:w="5328"/>
            <w:tcMar>
              <w:top w:w="65" w:type="dxa"/>
              <w:start w:w="90" w:type="dxa"/>
              <w:bottom w:w="65" w:type="dxa"/>
              <w:end w:w="90" w:type="dxa"/>
            </w:tcMar>
            <w:tcBorders>
              <w:top w:val="single" w:sz="4" w:color="D9CBE1"/>
              <w:left w:val="single" w:sz="4" w:color="D9CBE1"/>
              <w:bottom w:val="single" w:sz="4" w:color="D9CBE1"/>
              <w:right w:val="single" w:sz="4" w:color="D9CBE1"/>
            </w:tcBorders>
          </w:tcPr>
          <w:p>
            <w:r>
              <w:t>☐ Yes   ☐ No</w:t>
            </w:r>
          </w:p>
        </w:tc>
      </w:tr>
      <w:tr>
        <w:tc>
          <w:tcPr>
            <w:tcW w:type="dxa" w:w="5328"/>
            <w:shd w:fill="F3E8F8"/>
            <w:tcMar>
              <w:top w:w="65" w:type="dxa"/>
              <w:start w:w="90" w:type="dxa"/>
              <w:bottom w:w="65" w:type="dxa"/>
              <w:end w:w="90" w:type="dxa"/>
            </w:tcMar>
            <w:tcBorders>
              <w:top w:val="single" w:sz="4" w:color="D9CBE1"/>
              <w:left w:val="single" w:sz="4" w:color="D9CBE1"/>
              <w:bottom w:val="single" w:sz="4" w:color="D9CBE1"/>
              <w:right w:val="single" w:sz="4" w:color="D9CBE1"/>
            </w:tcBorders>
          </w:tcPr>
          <w:p>
            <w:r>
              <w:rPr>
                <w:b/>
                <w:color w:val="6F178E"/>
              </w:rPr>
              <w:t>Preferred Work Area(s)</w:t>
            </w:r>
          </w:p>
        </w:tc>
        <w:tc>
          <w:tcPr>
            <w:tcW w:type="dxa" w:w="5328"/>
            <w:tcMar>
              <w:top w:w="65" w:type="dxa"/>
              <w:start w:w="90" w:type="dxa"/>
              <w:bottom w:w="65" w:type="dxa"/>
              <w:end w:w="90" w:type="dxa"/>
            </w:tcMar>
            <w:tcBorders>
              <w:top w:val="single" w:sz="4" w:color="D9CBE1"/>
              <w:left w:val="single" w:sz="4" w:color="D9CBE1"/>
              <w:bottom w:val="single" w:sz="4" w:color="D9CBE1"/>
              <w:right w:val="single" w:sz="4" w:color="D9CBE1"/>
            </w:tcBorders>
          </w:tcPr>
          <w:p>
            <w:r/>
          </w:p>
        </w:tc>
      </w:tr>
    </w:tbl>
    <w:tbl>
      <w:tblPr>
        <w:tblW w:type="auto" w:w="0"/>
        <w:tblLook w:firstColumn="1" w:firstRow="1" w:lastColumn="0" w:lastRow="0" w:noHBand="0" w:noVBand="1" w:val="04A0"/>
      </w:tblPr>
      <w:tblGrid>
        <w:gridCol w:w="10656"/>
      </w:tblGrid>
      <w:tr>
        <w:tc>
          <w:tcPr>
            <w:tcW w:type="dxa" w:w="10656"/>
            <w:shd w:fill="6F178E"/>
            <w:tcMar>
              <w:top w:w="50" w:type="dxa"/>
              <w:start w:w="85" w:type="dxa"/>
              <w:bottom w:w="50" w:type="dxa"/>
              <w:end w:w="85" w:type="dxa"/>
            </w:tcMar>
          </w:tcPr>
          <w:p>
            <w:r>
              <w:rPr>
                <w:b/>
                <w:color w:val="FFFFFF"/>
                <w:sz w:val="20"/>
              </w:rPr>
              <w:t>7. AVAILABILITY</w:t>
            </w:r>
          </w:p>
        </w:tc>
      </w:tr>
    </w:tbl>
    <w:p>
      <w:pPr>
        <w:spacing w:after="0"/>
      </w:pPr>
    </w:p>
    <w:tbl>
      <w:tblPr>
        <w:tblW w:type="auto" w:w="0"/>
        <w:tblLook w:firstColumn="1" w:firstRow="1" w:lastColumn="0" w:lastRow="0" w:noHBand="0" w:noVBand="1" w:val="04A0"/>
      </w:tblPr>
      <w:tblGrid>
        <w:gridCol w:w="5328"/>
        <w:gridCol w:w="5328"/>
      </w:tblGrid>
      <w:tr>
        <w:tc>
          <w:tcPr>
            <w:tcW w:type="dxa" w:w="5328"/>
            <w:tcMar>
              <w:top w:w="45" w:type="dxa"/>
              <w:start w:w="65" w:type="dxa"/>
              <w:bottom w:w="45" w:type="dxa"/>
              <w:end w:w="65" w:type="dxa"/>
            </w:tcMar>
            <w:tcBorders>
              <w:top w:val="single" w:sz="4" w:color="E8DDEC"/>
              <w:left w:val="single" w:sz="4" w:color="E8DDEC"/>
              <w:bottom w:val="single" w:sz="4" w:color="E8DDEC"/>
              <w:right w:val="single" w:sz="4" w:color="E8DDEC"/>
            </w:tcBorders>
          </w:tcPr>
          <w:p>
            <w:r>
              <w:t>☐ Days</w:t>
            </w:r>
          </w:p>
        </w:tc>
        <w:tc>
          <w:tcPr>
            <w:tcW w:type="dxa" w:w="5328"/>
            <w:tcMar>
              <w:top w:w="45" w:type="dxa"/>
              <w:start w:w="65" w:type="dxa"/>
              <w:bottom w:w="45" w:type="dxa"/>
              <w:end w:w="65" w:type="dxa"/>
            </w:tcMar>
            <w:tcBorders>
              <w:top w:val="single" w:sz="4" w:color="E8DDEC"/>
              <w:left w:val="single" w:sz="4" w:color="E8DDEC"/>
              <w:bottom w:val="single" w:sz="4" w:color="E8DDEC"/>
              <w:right w:val="single" w:sz="4" w:color="E8DDEC"/>
            </w:tcBorders>
          </w:tcPr>
          <w:p>
            <w:r>
              <w:t>☐ Evenings</w:t>
            </w:r>
          </w:p>
        </w:tc>
      </w:tr>
      <w:tr>
        <w:tc>
          <w:tcPr>
            <w:tcW w:type="dxa" w:w="5328"/>
            <w:tcMar>
              <w:top w:w="45" w:type="dxa"/>
              <w:start w:w="65" w:type="dxa"/>
              <w:bottom w:w="45" w:type="dxa"/>
              <w:end w:w="65" w:type="dxa"/>
            </w:tcMar>
            <w:tcBorders>
              <w:top w:val="single" w:sz="4" w:color="E8DDEC"/>
              <w:left w:val="single" w:sz="4" w:color="E8DDEC"/>
              <w:bottom w:val="single" w:sz="4" w:color="E8DDEC"/>
              <w:right w:val="single" w:sz="4" w:color="E8DDEC"/>
            </w:tcBorders>
          </w:tcPr>
          <w:p>
            <w:r>
              <w:t>☐ Nights</w:t>
            </w:r>
          </w:p>
        </w:tc>
        <w:tc>
          <w:tcPr>
            <w:tcW w:type="dxa" w:w="5328"/>
            <w:tcMar>
              <w:top w:w="45" w:type="dxa"/>
              <w:start w:w="65" w:type="dxa"/>
              <w:bottom w:w="45" w:type="dxa"/>
              <w:end w:w="65" w:type="dxa"/>
            </w:tcMar>
            <w:tcBorders>
              <w:top w:val="single" w:sz="4" w:color="E8DDEC"/>
              <w:left w:val="single" w:sz="4" w:color="E8DDEC"/>
              <w:bottom w:val="single" w:sz="4" w:color="E8DDEC"/>
              <w:right w:val="single" w:sz="4" w:color="E8DDEC"/>
            </w:tcBorders>
          </w:tcPr>
          <w:p>
            <w:r>
              <w:t>☐ Weekends</w:t>
            </w:r>
          </w:p>
        </w:tc>
      </w:tr>
      <w:tr>
        <w:tc>
          <w:tcPr>
            <w:tcW w:type="dxa" w:w="5328"/>
            <w:tcMar>
              <w:top w:w="45" w:type="dxa"/>
              <w:start w:w="65" w:type="dxa"/>
              <w:bottom w:w="45" w:type="dxa"/>
              <w:end w:w="65" w:type="dxa"/>
            </w:tcMar>
            <w:tcBorders>
              <w:top w:val="single" w:sz="4" w:color="E8DDEC"/>
              <w:left w:val="single" w:sz="4" w:color="E8DDEC"/>
              <w:bottom w:val="single" w:sz="4" w:color="E8DDEC"/>
              <w:right w:val="single" w:sz="4" w:color="E8DDEC"/>
            </w:tcBorders>
          </w:tcPr>
          <w:p>
            <w:r>
              <w:t>☐ Bank Holidays</w:t>
            </w:r>
          </w:p>
        </w:tc>
        <w:tc>
          <w:tcPr>
            <w:tcW w:type="dxa" w:w="5328"/>
            <w:tcMar>
              <w:top w:w="45" w:type="dxa"/>
              <w:start w:w="65" w:type="dxa"/>
              <w:bottom w:w="45" w:type="dxa"/>
              <w:end w:w="65" w:type="dxa"/>
            </w:tcMar>
            <w:tcBorders>
              <w:top w:val="single" w:sz="4" w:color="E8DDEC"/>
              <w:left w:val="single" w:sz="4" w:color="E8DDEC"/>
              <w:bottom w:val="single" w:sz="4" w:color="E8DDEC"/>
              <w:right w:val="single" w:sz="4" w:color="E8DDEC"/>
            </w:tcBorders>
          </w:tcPr>
          <w:p>
            <w:r>
              <w:t>☐ Flexible / Short Notice</w:t>
            </w:r>
          </w:p>
        </w:tc>
      </w:tr>
    </w:tbl>
    <w:tbl>
      <w:tblPr>
        <w:tblW w:type="auto" w:w="0"/>
        <w:jc w:val="center"/>
        <w:tblLook w:firstColumn="1" w:firstRow="1" w:lastColumn="0" w:lastRow="0" w:noHBand="0" w:noVBand="1" w:val="04A0"/>
      </w:tblPr>
      <w:tblGrid>
        <w:gridCol w:w="5328"/>
        <w:gridCol w:w="5328"/>
      </w:tblGrid>
      <w:tr>
        <w:tc>
          <w:tcPr>
            <w:tcW w:type="dxa" w:w="5328"/>
            <w:shd w:fill="F3E8F8"/>
            <w:tcMar>
              <w:top w:w="65" w:type="dxa"/>
              <w:start w:w="90" w:type="dxa"/>
              <w:bottom w:w="65" w:type="dxa"/>
              <w:end w:w="90" w:type="dxa"/>
            </w:tcMar>
            <w:tcBorders>
              <w:top w:val="single" w:sz="4" w:color="D9CBE1"/>
              <w:left w:val="single" w:sz="4" w:color="D9CBE1"/>
              <w:bottom w:val="single" w:sz="4" w:color="D9CBE1"/>
              <w:right w:val="single" w:sz="4" w:color="D9CBE1"/>
            </w:tcBorders>
          </w:tcPr>
          <w:p>
            <w:r>
              <w:rPr>
                <w:b/>
                <w:color w:val="6F178E"/>
              </w:rPr>
              <w:t>Approx. Hours Available per Week</w:t>
            </w:r>
          </w:p>
        </w:tc>
        <w:tc>
          <w:tcPr>
            <w:tcW w:type="dxa" w:w="5328"/>
            <w:tcMar>
              <w:top w:w="65" w:type="dxa"/>
              <w:start w:w="90" w:type="dxa"/>
              <w:bottom w:w="65" w:type="dxa"/>
              <w:end w:w="90" w:type="dxa"/>
            </w:tcMar>
            <w:tcBorders>
              <w:top w:val="single" w:sz="4" w:color="D9CBE1"/>
              <w:left w:val="single" w:sz="4" w:color="D9CBE1"/>
              <w:bottom w:val="single" w:sz="4" w:color="D9CBE1"/>
              <w:right w:val="single" w:sz="4" w:color="D9CBE1"/>
            </w:tcBorders>
          </w:tcPr>
          <w:p>
            <w:r/>
          </w:p>
        </w:tc>
      </w:tr>
      <w:tr>
        <w:tc>
          <w:tcPr>
            <w:tcW w:type="dxa" w:w="5328"/>
            <w:shd w:fill="F3E8F8"/>
            <w:tcMar>
              <w:top w:w="65" w:type="dxa"/>
              <w:start w:w="90" w:type="dxa"/>
              <w:bottom w:w="65" w:type="dxa"/>
              <w:end w:w="90" w:type="dxa"/>
            </w:tcMar>
            <w:tcBorders>
              <w:top w:val="single" w:sz="4" w:color="D9CBE1"/>
              <w:left w:val="single" w:sz="4" w:color="D9CBE1"/>
              <w:bottom w:val="single" w:sz="4" w:color="D9CBE1"/>
              <w:right w:val="single" w:sz="4" w:color="D9CBE1"/>
            </w:tcBorders>
          </w:tcPr>
          <w:p>
            <w:r>
              <w:rPr>
                <w:b/>
                <w:color w:val="6F178E"/>
              </w:rPr>
              <w:t>Earliest Start Date</w:t>
            </w:r>
          </w:p>
        </w:tc>
        <w:tc>
          <w:tcPr>
            <w:tcW w:type="dxa" w:w="5328"/>
            <w:tcMar>
              <w:top w:w="65" w:type="dxa"/>
              <w:start w:w="90" w:type="dxa"/>
              <w:bottom w:w="65" w:type="dxa"/>
              <w:end w:w="90" w:type="dxa"/>
            </w:tcMar>
            <w:tcBorders>
              <w:top w:val="single" w:sz="4" w:color="D9CBE1"/>
              <w:left w:val="single" w:sz="4" w:color="D9CBE1"/>
              <w:bottom w:val="single" w:sz="4" w:color="D9CBE1"/>
              <w:right w:val="single" w:sz="4" w:color="D9CBE1"/>
            </w:tcBorders>
          </w:tcPr>
          <w:p>
            <w:r/>
          </w:p>
        </w:tc>
      </w:tr>
    </w:tbl>
    <w:tbl>
      <w:tblPr>
        <w:tblW w:type="auto" w:w="0"/>
        <w:tblLook w:firstColumn="1" w:firstRow="1" w:lastColumn="0" w:lastRow="0" w:noHBand="0" w:noVBand="1" w:val="04A0"/>
      </w:tblPr>
      <w:tblGrid>
        <w:gridCol w:w="10656"/>
      </w:tblGrid>
      <w:tr>
        <w:tc>
          <w:tcPr>
            <w:tcW w:type="dxa" w:w="10656"/>
            <w:shd w:fill="6F178E"/>
            <w:tcMar>
              <w:top w:w="50" w:type="dxa"/>
              <w:start w:w="85" w:type="dxa"/>
              <w:bottom w:w="50" w:type="dxa"/>
              <w:end w:w="85" w:type="dxa"/>
            </w:tcMar>
          </w:tcPr>
          <w:p>
            <w:r>
              <w:rPr>
                <w:b/>
                <w:color w:val="FFFFFF"/>
                <w:sz w:val="20"/>
              </w:rPr>
              <w:t>8. CV UPLOAD</w:t>
            </w:r>
          </w:p>
        </w:tc>
      </w:tr>
    </w:tbl>
    <w:p>
      <w:pPr>
        <w:spacing w:after="0"/>
      </w:pPr>
    </w:p>
    <w:p>
      <w:r>
        <w:rPr>
          <w:b/>
        </w:rPr>
        <w:t>Website field: Upload CV *  (PDF / DOC / DOCX)</w:t>
      </w:r>
    </w:p>
    <w:p>
      <w:r>
        <w:rPr>
          <w:i/>
          <w:sz w:val="16"/>
        </w:rPr>
        <w:t>Please do not upload your passport, bank details, DBS certificate or other sensitive identity documents at this initial stage. If your application progresses, PHSSL will explain how required documents should be provided securely.</w:t>
      </w:r>
    </w:p>
    <w:tbl>
      <w:tblPr>
        <w:tblW w:type="auto" w:w="0"/>
        <w:tblLook w:firstColumn="1" w:firstRow="1" w:lastColumn="0" w:lastRow="0" w:noHBand="0" w:noVBand="1" w:val="04A0"/>
      </w:tblPr>
      <w:tblGrid>
        <w:gridCol w:w="10656"/>
      </w:tblGrid>
      <w:tr>
        <w:tc>
          <w:tcPr>
            <w:tcW w:type="dxa" w:w="10656"/>
            <w:shd w:fill="6F178E"/>
            <w:tcMar>
              <w:top w:w="50" w:type="dxa"/>
              <w:start w:w="85" w:type="dxa"/>
              <w:bottom w:w="50" w:type="dxa"/>
              <w:end w:w="85" w:type="dxa"/>
            </w:tcMar>
          </w:tcPr>
          <w:p>
            <w:r>
              <w:rPr>
                <w:b/>
                <w:color w:val="FFFFFF"/>
                <w:sz w:val="20"/>
              </w:rPr>
              <w:t>9. DECLARATION &amp; CONSENT</w:t>
            </w:r>
          </w:p>
        </w:tc>
      </w:tr>
    </w:tbl>
    <w:p>
      <w:pPr>
        <w:spacing w:after="0"/>
      </w:pPr>
    </w:p>
    <w:p>
      <w:r>
        <w:t>☐ I confirm that the information provided is accurate to the best of my knowledge.</w:t>
      </w:r>
    </w:p>
    <w:p>
      <w:r>
        <w:t>☐ I confirm that I currently have the legal right to work in the UK and understand that PHSSL Care Limited is not currently offering Certificate of Sponsorship (CoS) or visa sponsorship.</w:t>
      </w:r>
    </w:p>
    <w:p>
      <w:r>
        <w:t>☐ I consent to PHSSL Care Limited contacting me regarding my application.</w:t>
      </w:r>
    </w:p>
    <w:p>
      <w:r>
        <w:t>☐ I confirm that I have read the Privacy Notice.</w:t>
      </w:r>
    </w:p>
    <w:tbl>
      <w:tblPr>
        <w:tblW w:type="auto" w:w="0"/>
        <w:jc w:val="center"/>
        <w:tblLook w:firstColumn="1" w:firstRow="1" w:lastColumn="0" w:lastRow="0" w:noHBand="0" w:noVBand="1" w:val="04A0"/>
      </w:tblPr>
      <w:tblGrid>
        <w:gridCol w:w="5328"/>
        <w:gridCol w:w="5328"/>
      </w:tblGrid>
      <w:tr>
        <w:tc>
          <w:tcPr>
            <w:tcW w:type="dxa" w:w="5328"/>
            <w:shd w:fill="F3E8F8"/>
            <w:tcMar>
              <w:top w:w="65" w:type="dxa"/>
              <w:start w:w="90" w:type="dxa"/>
              <w:bottom w:w="65" w:type="dxa"/>
              <w:end w:w="90" w:type="dxa"/>
            </w:tcMar>
            <w:tcBorders>
              <w:top w:val="single" w:sz="4" w:color="D9CBE1"/>
              <w:left w:val="single" w:sz="4" w:color="D9CBE1"/>
              <w:bottom w:val="single" w:sz="4" w:color="D9CBE1"/>
              <w:right w:val="single" w:sz="4" w:color="D9CBE1"/>
            </w:tcBorders>
          </w:tcPr>
          <w:p>
            <w:r>
              <w:rPr>
                <w:b/>
                <w:color w:val="6F178E"/>
              </w:rPr>
              <w:t>Applicant Name / Signature</w:t>
            </w:r>
          </w:p>
        </w:tc>
        <w:tc>
          <w:tcPr>
            <w:tcW w:type="dxa" w:w="5328"/>
            <w:tcMar>
              <w:top w:w="65" w:type="dxa"/>
              <w:start w:w="90" w:type="dxa"/>
              <w:bottom w:w="65" w:type="dxa"/>
              <w:end w:w="90" w:type="dxa"/>
            </w:tcMar>
            <w:tcBorders>
              <w:top w:val="single" w:sz="4" w:color="D9CBE1"/>
              <w:left w:val="single" w:sz="4" w:color="D9CBE1"/>
              <w:bottom w:val="single" w:sz="4" w:color="D9CBE1"/>
              <w:right w:val="single" w:sz="4" w:color="D9CBE1"/>
            </w:tcBorders>
          </w:tcPr>
          <w:p>
            <w:r/>
          </w:p>
        </w:tc>
      </w:tr>
      <w:tr>
        <w:tc>
          <w:tcPr>
            <w:tcW w:type="dxa" w:w="5328"/>
            <w:shd w:fill="F3E8F8"/>
            <w:tcMar>
              <w:top w:w="65" w:type="dxa"/>
              <w:start w:w="90" w:type="dxa"/>
              <w:bottom w:w="65" w:type="dxa"/>
              <w:end w:w="90" w:type="dxa"/>
            </w:tcMar>
            <w:tcBorders>
              <w:top w:val="single" w:sz="4" w:color="D9CBE1"/>
              <w:left w:val="single" w:sz="4" w:color="D9CBE1"/>
              <w:bottom w:val="single" w:sz="4" w:color="D9CBE1"/>
              <w:right w:val="single" w:sz="4" w:color="D9CBE1"/>
            </w:tcBorders>
          </w:tcPr>
          <w:p>
            <w:r>
              <w:rPr>
                <w:b/>
                <w:color w:val="6F178E"/>
              </w:rPr>
              <w:t>Date</w:t>
            </w:r>
          </w:p>
        </w:tc>
        <w:tc>
          <w:tcPr>
            <w:tcW w:type="dxa" w:w="5328"/>
            <w:tcMar>
              <w:top w:w="65" w:type="dxa"/>
              <w:start w:w="90" w:type="dxa"/>
              <w:bottom w:w="65" w:type="dxa"/>
              <w:end w:w="90" w:type="dxa"/>
            </w:tcMar>
            <w:tcBorders>
              <w:top w:val="single" w:sz="4" w:color="D9CBE1"/>
              <w:left w:val="single" w:sz="4" w:color="D9CBE1"/>
              <w:bottom w:val="single" w:sz="4" w:color="D9CBE1"/>
              <w:right w:val="single" w:sz="4" w:color="D9CBE1"/>
            </w:tcBorders>
          </w:tcPr>
          <w:p>
            <w:r/>
          </w:p>
        </w:tc>
      </w:tr>
    </w:tbl>
    <w:p>
      <w:pPr>
        <w:jc w:val="center"/>
        <w:shd w:fill="6F178E"/>
      </w:pPr>
      <w:r>
        <w:rPr>
          <w:b/>
          <w:color w:val="FFFFFF"/>
          <w:sz w:val="24"/>
        </w:rPr>
        <w:t>SUBMIT APPLICATION</w:t>
      </w:r>
    </w:p>
    <w:tbl>
      <w:tblPr>
        <w:tblW w:type="auto" w:w="0"/>
        <w:tblLook w:firstColumn="1" w:firstRow="1" w:lastColumn="0" w:lastRow="0" w:noHBand="0" w:noVBand="1" w:val="04A0"/>
      </w:tblPr>
      <w:tblGrid>
        <w:gridCol w:w="10656"/>
      </w:tblGrid>
      <w:tr>
        <w:tc>
          <w:tcPr>
            <w:tcW w:type="dxa" w:w="10656"/>
            <w:shd w:fill="6F178E"/>
            <w:tcMar>
              <w:top w:w="50" w:type="dxa"/>
              <w:start w:w="85" w:type="dxa"/>
              <w:bottom w:w="50" w:type="dxa"/>
              <w:end w:w="85" w:type="dxa"/>
            </w:tcMar>
          </w:tcPr>
          <w:p>
            <w:r>
              <w:rPr>
                <w:b/>
                <w:color w:val="FFFFFF"/>
                <w:sz w:val="20"/>
              </w:rPr>
              <w:t>AUTOMATIC CONFIRMATION MESSAGE</w:t>
            </w:r>
          </w:p>
        </w:tc>
      </w:tr>
    </w:tbl>
    <w:p>
      <w:pPr>
        <w:spacing w:after="0"/>
      </w:pPr>
    </w:p>
    <w:p>
      <w:r>
        <w:t>Thank you for your interest in joining PHSSL Care Limited. Your application has been received and will be reviewed by our recruitment team. If your experience and availability match our current requirements, we will contact you regarding the next stage. Submission does not constitute an offer of employment.</w:t>
      </w:r>
    </w:p>
    <w:p>
      <w:pPr>
        <w:jc w:val="center"/>
      </w:pPr>
      <w:r>
        <w:rPr>
          <w:b/>
          <w:color w:val="6F178E"/>
        </w:rPr>
        <w:t>PHSSL Care Limited – Caring Beyond Expectations.</w:t>
      </w:r>
    </w:p>
    <w:sectPr w:rsidR="00FC693F" w:rsidRPr="0006063C" w:rsidSect="00034616">
      <w:pgSz w:w="12240" w:h="15840"/>
      <w:pgMar w:top="605" w:right="792" w:bottom="691" w:left="79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color w:val="2D1837"/>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